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מסרטון אחד לערכת הוראה שלמה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של הפיכת סרטון לימודי לערכת הוראה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מייצר כל חלק בערכה (מערך שיעור, דף צפייה פעילה, תרגול שליפה ועוד)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כללי הבדיקה והזהירות הנדרשים בעבודה עם סרטון כמקור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בוחרים סרטון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3–15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אסור להזין פרטים מזהים של תלמידים לכלי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מוודאים שהסרטון מתאים ונכון עובדתית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עד הסוף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(שיעור שלם סביב הסרטון עם עצירות ושאלות)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(משימות לפני, בזמן ואחרי הצפייה עם חותמות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(מענה על שאלות מהזיכרון בכמה סבבים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(שאלות פתוחות ובדיקה מה חסר בסרטון)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השלבים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סרטון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אותו כמקור בכלי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מדביקים פרומפט אחד בכל פעם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ומתאימים את התוצר לסרטון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לחזק את הזיכרון לטווח ארוך באמצעות חזרה מרווחת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בוחרים סרטון, מוסיפים כמקור, מדביקים פרומפט, בודקים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את התוצר לסרטון ולתקן משפטים או חותמות זמן לא מדויקים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 שאלת ציר, כרטיס יציאה 3-2-1, או סולם 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לשניים: חלק עיוני על השלבים וחלק יישומי שבו כל תלמיד/ה כותב/ת דוגמה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תחילה דוגמה אחת מהדף (כמו דף הצפייה הפעילה) לפני שמבקשים מהתלמידים לייצר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להשמיט את הפריטים המסומנים כקשים יותר בכיתות חלשות או בהוראה מותאמת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בית – אוגדן פרומפטים מנצחים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מסרטון אחד לערכת הוראה שלמה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נלמד כיצד הופכים סרטון לימודי אחד לערכת הוראה שלמה: מערך שיעור, דף צפייה פעילה, תרגול שליפה, דיון והערכה מעצבת, תוך הקפדה על בדיקת דיוק ועל שמירת פרטיות התלמידים.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בזמן  ·  עד הסוף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הצעד הראשון בתהליך בניית ערכת ההוראה?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בוחרים סרטון מתאים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מדביקים פרומפט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בודקים עובדות מול הסרטון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אורך הסרטון המומלץ לפי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3–15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30–60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חצי דקה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להוסיף לכלי שיחה שמות וציונים של תלמידים כדי לקבל תשובות מדויקות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לצפות בסרטון עד הסוף לפני שמשתמשים בו בכיתה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לפני השימוש בסרטון יש לצפות בו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דף הצפייה הפעילה מחולק לשלושה שלבים: לפני הצפייה, __________ הצפייה ואחרי הצפייה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מערך שיעור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שאלות פתוחות ובדיקה מה חסר בסרטון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דף צפייה פעילה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שיעור שלם סביב הסרטון עם עצירות ושאלות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תרגול שליפה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משימות לפני, בזמן ואחרי הצפייה עם חותמות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דיון וחשיבה ביקורתית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מענה על שאלות מהזיכרון בכמה סבבים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סידור השלבים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מדביקים פרומפט אחד בכל פעם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סרטון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ומתאימים את התוצר לסרטון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מוסיפים אותו כמקור בכלי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במשפט אחד מדוע תרגול שליפה נעשה בכמה סבבים לאורך זמן ולא פעם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הצעדים בתהליך הפיכת סרטון לערכת הוראה?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המטרה של פרומפט הבדיקה שמדביקים אחרי כל 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מסרטון אחד לערכת הוראה שלמה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