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מסרטון אחד לערכת הוראה שלמה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של הפיכת סרטון לימודי לערכת 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מייצר כל חלק בערכה (מערך שיעור, דף צפייה פעילה, תרגול שליפה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כללי הבדיקה והזהירות הנדרשים בעבודה עם סרטון כמקור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סרטון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3–15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להשוות את התוצר לסרטון ולתקן אי דיוקים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לפי סדר הסרטון וחותמות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לחבר בין רעיונות הסרטון לנושא שנלמד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להזין פרטים מזהים של תלמידים 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מוודאים שהסרטון מתאים ונכון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חותמות זמן מאפשרות עצירה מדויקת ובדיקה שהכלי קרא את הסרטון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שליפה נעשית מהזיכרון בלבד, בלי עזרים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הדף מתאים לתלמידים ברמות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3-2-1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שיתופם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(שיעור שלם סביב הסרטון עם עצירות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(משימות לפני, בזמן ואחרי הצפייה עם חותמות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(מענה על שאלות מהזיכרון בכמה סבבים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(שאלות פתוחות ובדיקה מה חסר בסרטון)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(בדיקת הבנה תוך כדי השיעור, לא לצורך 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סרטון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אותו כמקור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מדביקים פרומפט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ומתאימים את התוצר לסרטון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לחזק את הזיכרון לטווח ארוך באמצעות חזרה מרווחת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סרטון, מוסיפים כמקור, מדביקים פרומפט, בודקים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את התוצר לסרטון ולתקן משפטים או חותמות זמן לא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שאלת ציר, כרטיס יציאה 3-2-1, או סולם 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עיוני על השלבים וחלק יישומי שבו כל תלמיד/ה כותב/ת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תחילה דוגמה אחת מהדף (כמו דף הצפייה הפעילה) לפני שמבקשים מהתלמידים לייצר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כקשים יותר בכיתות חלשות או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מסרטון אחד לערכת הוראה שלמה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בונים מסרטון אחד כמה דברים לשיעור: תוכנית שיעור, דף עבודה, שאלות ועוד. חשוב לבדוק שהכל מדויק ולשמור על פרטיות התלמידים.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מערך שיעור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מפורטת לשיעור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צפייה פעילה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משימות לפני, בזמן ואחרי הצפייה בסרטון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חותמת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של דקה ושנייה מדויקות בתוך הסרטון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תרגול שליפה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על שאלות מהזיכרון בלי להציץ בחומר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מעצבת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הבנה תוך כדי השיעור, לא לצורך ציון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שאלות קצרות בסוף השיעור לבדיקת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 מרווחת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אותו תוכן בכמה מועדים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 בדיקה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שמשווה בין התוצר לסרטון ומתקנת אי דיוקים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סרטון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מדביקים פרומפט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בודקים עובדות מול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אמור הסרטון להיות?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3–15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30–60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מדביקים שאלת בדיקה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להשוות את התוצר לסרטון ולתקן אי דיוקים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בדיחות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התוצר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מסדרים את המשימות בדף הצפייה?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סדר הסרטון וחותמות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סדר אלפביתי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בסבב השלישי של תרגול הזיכרון?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 בין רעיונות הסרטון לנושא שנלמד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הסרטון בסרטון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מערך שיעור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להוסיף לכלי שיחה שמות וציונים של תלמידים כדי לקבל תשובות מדויקות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לצפות בסרטון עד הסוף לפני שמשתמשים בו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חותמות הזמן בדף הצפייה הפעילה מיותרות ואפשר לוותר עליהן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בתרגול שליפה התלמידים עונים בעודם מציצים בסרטון ובמחברת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העבודה המדורג כולל שלוש רמות: הבנה ואיתור, יישום וחשיבה מסדר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השימוש בסרטון יש לצפות 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דף הצפייה הפעילה מחולק לשלושה שלבים: לפני הצפייה, __________ הצפייה ואחרי הצפייה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בתרגול השליפה, סבב 1 מתקיים __________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היציאה בהערכה המעצבת בנוי במבנה __________ (שלושה מספרים)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להשתמש רק בסרטונים ש__________ מותר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מערך 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משימות לפני, בזמן ואחרי הצפייה עם חותמות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דף צפייה פעילה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שיעור שלם סביב הסרטון עם עצירות ושאלות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תרגול שליפה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בדיקת הבנה תוך כדי השיעור, לא לצורך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דיון וחשיבה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מענה על שאלות מהזיכרון בכמה סבבים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הערכה מעצבת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שאלות פתוחות ובדיקה מה חסר בסרטון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אותו כמקור בכלי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סרטון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ומתאימים את התוצר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פרומפט אחד בכל פעם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תרגול שליפה נעשה בכמה סבבים לאורך זמן ולא פעם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הצעדים בתהליך הפיכת סרטון לערכת הוראה?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פרומפט הבדיקה שמדביקים אחרי 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לכלי מהערכה המעצבת שנזכר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מסרטון אחד לערכת הוראה שלמה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